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07D42" w14:textId="4E5BB46E" w:rsidR="00753C94" w:rsidRPr="0095132D" w:rsidRDefault="0095132D">
      <w:pPr>
        <w:jc w:val="center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b/>
          <w:sz w:val="36"/>
          <w:lang w:val="sl-SI"/>
        </w:rPr>
        <w:t>Podrobnosti o</w:t>
      </w:r>
      <w:r w:rsidR="00CA1E6A" w:rsidRPr="0095132D">
        <w:rPr>
          <w:rFonts w:asciiTheme="majorHAnsi" w:hAnsiTheme="majorHAnsi" w:cstheme="majorHAnsi"/>
          <w:b/>
          <w:sz w:val="36"/>
          <w:lang w:val="sl-SI"/>
        </w:rPr>
        <w:t xml:space="preserve"> </w:t>
      </w:r>
      <w:r w:rsidRPr="0095132D">
        <w:rPr>
          <w:rFonts w:asciiTheme="majorHAnsi" w:hAnsiTheme="majorHAnsi" w:cstheme="majorHAnsi"/>
          <w:b/>
          <w:sz w:val="36"/>
          <w:lang w:val="sl-SI"/>
        </w:rPr>
        <w:t xml:space="preserve">dijaški </w:t>
      </w:r>
      <w:r w:rsidR="00CA1E6A" w:rsidRPr="0095132D">
        <w:rPr>
          <w:rFonts w:asciiTheme="majorHAnsi" w:hAnsiTheme="majorHAnsi" w:cstheme="majorHAnsi"/>
          <w:b/>
          <w:sz w:val="36"/>
          <w:lang w:val="sl-SI"/>
        </w:rPr>
        <w:t>izmenjav</w:t>
      </w:r>
      <w:r w:rsidRPr="0095132D">
        <w:rPr>
          <w:rFonts w:asciiTheme="majorHAnsi" w:hAnsiTheme="majorHAnsi" w:cstheme="majorHAnsi"/>
          <w:b/>
          <w:sz w:val="36"/>
          <w:lang w:val="sl-SI"/>
        </w:rPr>
        <w:t>i</w:t>
      </w:r>
      <w:r w:rsidR="00CA1E6A" w:rsidRPr="0095132D">
        <w:rPr>
          <w:rFonts w:asciiTheme="majorHAnsi" w:hAnsiTheme="majorHAnsi" w:cstheme="majorHAnsi"/>
          <w:b/>
          <w:sz w:val="36"/>
          <w:lang w:val="sl-SI"/>
        </w:rPr>
        <w:t xml:space="preserve"> z nizozemsko šolo Udens College</w:t>
      </w:r>
    </w:p>
    <w:p w14:paraId="12575EF5" w14:textId="77777777" w:rsidR="0095132D" w:rsidRPr="0095132D" w:rsidRDefault="0095132D" w:rsidP="0095132D">
      <w:pPr>
        <w:jc w:val="both"/>
        <w:rPr>
          <w:rFonts w:asciiTheme="majorHAnsi" w:hAnsiTheme="majorHAnsi" w:cstheme="majorHAnsi"/>
          <w:lang w:val="sl-SI"/>
        </w:rPr>
      </w:pPr>
    </w:p>
    <w:p w14:paraId="2150E428" w14:textId="3756A727" w:rsidR="0095132D" w:rsidRPr="0095132D" w:rsidRDefault="00CA1E6A" w:rsidP="0095132D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 xml:space="preserve">Že </w:t>
      </w:r>
      <w:r w:rsidR="0095132D" w:rsidRPr="0095132D">
        <w:rPr>
          <w:rFonts w:asciiTheme="majorHAnsi" w:hAnsiTheme="majorHAnsi" w:cstheme="majorHAnsi"/>
          <w:lang w:val="sl-SI"/>
        </w:rPr>
        <w:t>več kot dvajset</w:t>
      </w:r>
      <w:r w:rsidRPr="0095132D">
        <w:rPr>
          <w:rFonts w:asciiTheme="majorHAnsi" w:hAnsiTheme="majorHAnsi" w:cstheme="majorHAnsi"/>
          <w:lang w:val="sl-SI"/>
        </w:rPr>
        <w:t xml:space="preserve"> let poteka izmenjava dijakov med Gimnazijo Šentvid in Udens College iz mesta Uden na Nizozemskem. Vsako leto naši dijaki za en teden obiščejo Nizozemsko, nizozemski dijaki pa preživijo en teden v Sloveniji. V vsaki skupini običajno sodeluje od 16 do 20 dijakov.</w:t>
      </w:r>
    </w:p>
    <w:p w14:paraId="1FF23FFE" w14:textId="3A97496D" w:rsidR="00753C94" w:rsidRPr="0095132D" w:rsidRDefault="00CA1E6A" w:rsidP="0095132D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>Na izmenjavo vabimo dijake 2. in 3. letnika. Dijakov 4. letnika praviloma ne vključujemo, saj bi zaradi priprave na maturo v dveh tednih izostali od preveč pouka</w:t>
      </w:r>
      <w:r w:rsidR="0095132D" w:rsidRPr="0095132D">
        <w:rPr>
          <w:rFonts w:asciiTheme="majorHAnsi" w:hAnsiTheme="majorHAnsi" w:cstheme="majorHAnsi"/>
          <w:lang w:val="sl-SI"/>
        </w:rPr>
        <w:t>, p</w:t>
      </w:r>
      <w:r w:rsidRPr="0095132D">
        <w:rPr>
          <w:rFonts w:asciiTheme="majorHAnsi" w:hAnsiTheme="majorHAnsi" w:cstheme="majorHAnsi"/>
          <w:lang w:val="sl-SI"/>
        </w:rPr>
        <w:t>ri dijakih 1. letnika pa je lahko težava njihova starost, saj so postopki prijave na letalske prevoze za mladoletne potnike zahtevnejši.</w:t>
      </w:r>
    </w:p>
    <w:p w14:paraId="2B8DC625" w14:textId="77777777" w:rsidR="00753C94" w:rsidRPr="0095132D" w:rsidRDefault="00CA1E6A" w:rsidP="0095132D">
      <w:pPr>
        <w:pStyle w:val="Naslov1"/>
        <w:jc w:val="both"/>
        <w:rPr>
          <w:rFonts w:cstheme="majorHAnsi"/>
          <w:color w:val="auto"/>
          <w:lang w:val="sl-SI"/>
        </w:rPr>
      </w:pPr>
      <w:r w:rsidRPr="0095132D">
        <w:rPr>
          <w:rFonts w:cstheme="majorHAnsi"/>
          <w:color w:val="auto"/>
          <w:lang w:val="sl-SI"/>
        </w:rPr>
        <w:t>O programu</w:t>
      </w:r>
    </w:p>
    <w:p w14:paraId="78F74F3B" w14:textId="2614121C" w:rsidR="00753C94" w:rsidRDefault="00CA1E6A" w:rsidP="0095132D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 xml:space="preserve">Izmenjava traja en teden. Prvi in zadnji dan sta namenjena potovanju. Program vključuje dve celodnevni ekskurziji, družinski dan, skupne dejavnosti in </w:t>
      </w:r>
      <w:r w:rsidR="0095132D">
        <w:rPr>
          <w:rFonts w:asciiTheme="majorHAnsi" w:hAnsiTheme="majorHAnsi" w:cstheme="majorHAnsi"/>
          <w:lang w:val="sl-SI"/>
        </w:rPr>
        <w:t>delo na projektu, katerega cilj je medkulturna izmenjava in poglabljanje vezi.</w:t>
      </w:r>
    </w:p>
    <w:p w14:paraId="203513B9" w14:textId="6DA428F3" w:rsidR="00382A0E" w:rsidRPr="0095132D" w:rsidRDefault="00382A0E" w:rsidP="00382A0E">
      <w:pPr>
        <w:pStyle w:val="Naslov1"/>
        <w:jc w:val="both"/>
        <w:rPr>
          <w:rFonts w:cstheme="majorHAnsi"/>
          <w:color w:val="auto"/>
          <w:lang w:val="sl-SI"/>
        </w:rPr>
      </w:pPr>
      <w:r>
        <w:rPr>
          <w:rFonts w:cstheme="majorHAnsi"/>
          <w:color w:val="auto"/>
          <w:lang w:val="sl-SI"/>
        </w:rPr>
        <w:t>Termin izmenjave v šolskem letu 2026/27</w:t>
      </w:r>
    </w:p>
    <w:p w14:paraId="2F4254BC" w14:textId="4ABA4FAC" w:rsidR="00382A0E" w:rsidRDefault="00382A0E" w:rsidP="00382A0E">
      <w:pPr>
        <w:jc w:val="both"/>
        <w:rPr>
          <w:rFonts w:asciiTheme="majorHAnsi" w:hAnsiTheme="majorHAnsi" w:cstheme="majorHAnsi"/>
          <w:lang w:val="sl-SI"/>
        </w:rPr>
      </w:pPr>
      <w:r>
        <w:rPr>
          <w:rFonts w:asciiTheme="majorHAnsi" w:hAnsiTheme="majorHAnsi" w:cstheme="majorHAnsi"/>
          <w:lang w:val="sl-SI"/>
        </w:rPr>
        <w:t>V terminu med 4. in 15. decembrom 2026 nas za en teden obiščejo nizozemski gostje. Točne datume nam bodo še sporočili, saj so odvisni od prevoza.</w:t>
      </w:r>
    </w:p>
    <w:p w14:paraId="5C1187D3" w14:textId="4EF3D4E4" w:rsidR="00382A0E" w:rsidRDefault="00382A0E" w:rsidP="00382A0E">
      <w:pPr>
        <w:jc w:val="both"/>
        <w:rPr>
          <w:rFonts w:asciiTheme="majorHAnsi" w:hAnsiTheme="majorHAnsi" w:cstheme="majorHAnsi"/>
          <w:lang w:val="sl-SI"/>
        </w:rPr>
      </w:pPr>
      <w:r>
        <w:rPr>
          <w:rFonts w:asciiTheme="majorHAnsi" w:hAnsiTheme="majorHAnsi" w:cstheme="majorHAnsi"/>
          <w:lang w:val="sl-SI"/>
        </w:rPr>
        <w:t>Na Nizozemsko bomo za en teden potovali v terminu med 9. in 18. aprilom 2027. Točni datumi bodo znani po nakupu letalskih vozovnic. Vsako leto se trudimo potovati v cenovno najugodnejšem terminu</w:t>
      </w:r>
      <w:r w:rsidR="000C180E">
        <w:rPr>
          <w:rFonts w:asciiTheme="majorHAnsi" w:hAnsiTheme="majorHAnsi" w:cstheme="majorHAnsi"/>
          <w:lang w:val="sl-SI"/>
        </w:rPr>
        <w:t xml:space="preserve">, čemur prilagajamo tudi </w:t>
      </w:r>
      <w:r w:rsidR="00EC0576">
        <w:rPr>
          <w:rFonts w:asciiTheme="majorHAnsi" w:hAnsiTheme="majorHAnsi" w:cstheme="majorHAnsi"/>
          <w:lang w:val="sl-SI"/>
        </w:rPr>
        <w:t xml:space="preserve">natančnejši </w:t>
      </w:r>
      <w:r w:rsidR="000C180E">
        <w:rPr>
          <w:rFonts w:asciiTheme="majorHAnsi" w:hAnsiTheme="majorHAnsi" w:cstheme="majorHAnsi"/>
          <w:lang w:val="sl-SI"/>
        </w:rPr>
        <w:t>datum odhoda.</w:t>
      </w:r>
    </w:p>
    <w:p w14:paraId="42A789D0" w14:textId="77777777" w:rsidR="00753C94" w:rsidRPr="0095132D" w:rsidRDefault="00CA1E6A" w:rsidP="0095132D">
      <w:pPr>
        <w:pStyle w:val="Naslov1"/>
        <w:jc w:val="both"/>
        <w:rPr>
          <w:rFonts w:cstheme="majorHAnsi"/>
          <w:color w:val="auto"/>
          <w:lang w:val="sl-SI"/>
        </w:rPr>
      </w:pPr>
      <w:r w:rsidRPr="0095132D">
        <w:rPr>
          <w:rFonts w:cstheme="majorHAnsi"/>
          <w:color w:val="auto"/>
          <w:lang w:val="sl-SI"/>
        </w:rPr>
        <w:t>Stroški izmenjave</w:t>
      </w:r>
    </w:p>
    <w:p w14:paraId="305EC250" w14:textId="35D581B4" w:rsidR="00753C94" w:rsidRPr="0095132D" w:rsidRDefault="00CA1E6A" w:rsidP="0095132D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 xml:space="preserve">Skupni stroški </w:t>
      </w:r>
      <w:r w:rsidR="0095132D">
        <w:rPr>
          <w:rFonts w:asciiTheme="majorHAnsi" w:hAnsiTheme="majorHAnsi" w:cstheme="majorHAnsi"/>
          <w:lang w:val="sl-SI"/>
        </w:rPr>
        <w:t xml:space="preserve">gostovanja na Nizozemskem </w:t>
      </w:r>
      <w:r w:rsidRPr="0095132D">
        <w:rPr>
          <w:rFonts w:asciiTheme="majorHAnsi" w:hAnsiTheme="majorHAnsi" w:cstheme="majorHAnsi"/>
          <w:lang w:val="sl-SI"/>
        </w:rPr>
        <w:t>vključujejo letalski in morebitni avtobusni prevoz, nastanitev</w:t>
      </w:r>
      <w:r w:rsidR="00BF734C">
        <w:rPr>
          <w:rFonts w:asciiTheme="majorHAnsi" w:hAnsiTheme="majorHAnsi" w:cstheme="majorHAnsi"/>
          <w:lang w:val="sl-SI"/>
        </w:rPr>
        <w:t xml:space="preserve"> profesorjev (hostel)</w:t>
      </w:r>
      <w:r w:rsidRPr="0095132D">
        <w:rPr>
          <w:rFonts w:asciiTheme="majorHAnsi" w:hAnsiTheme="majorHAnsi" w:cstheme="majorHAnsi"/>
          <w:lang w:val="sl-SI"/>
        </w:rPr>
        <w:t xml:space="preserve"> </w:t>
      </w:r>
      <w:r w:rsidR="0095132D">
        <w:rPr>
          <w:rFonts w:asciiTheme="majorHAnsi" w:hAnsiTheme="majorHAnsi" w:cstheme="majorHAnsi"/>
          <w:lang w:val="sl-SI"/>
        </w:rPr>
        <w:t>in</w:t>
      </w:r>
      <w:r w:rsidRPr="0095132D">
        <w:rPr>
          <w:rFonts w:asciiTheme="majorHAnsi" w:hAnsiTheme="majorHAnsi" w:cstheme="majorHAnsi"/>
          <w:lang w:val="sl-SI"/>
        </w:rPr>
        <w:t xml:space="preserve"> </w:t>
      </w:r>
      <w:r w:rsidR="00BF734C">
        <w:rPr>
          <w:rFonts w:asciiTheme="majorHAnsi" w:hAnsiTheme="majorHAnsi" w:cstheme="majorHAnsi"/>
          <w:lang w:val="sl-SI"/>
        </w:rPr>
        <w:t xml:space="preserve">zakonsko določene </w:t>
      </w:r>
      <w:r w:rsidRPr="0095132D">
        <w:rPr>
          <w:rFonts w:asciiTheme="majorHAnsi" w:hAnsiTheme="majorHAnsi" w:cstheme="majorHAnsi"/>
          <w:lang w:val="sl-SI"/>
        </w:rPr>
        <w:t xml:space="preserve">dnevnice profesorjev spremljevalcev ter soudeležbo pri stroških ekskurzij v Sloveniji. Lani je povprečni strošek </w:t>
      </w:r>
      <w:r w:rsidR="002A64F8">
        <w:rPr>
          <w:rFonts w:asciiTheme="majorHAnsi" w:hAnsiTheme="majorHAnsi" w:cstheme="majorHAnsi"/>
          <w:lang w:val="sl-SI"/>
        </w:rPr>
        <w:t xml:space="preserve">dvotedenskega programa (teden na Nizozemskem, teden v Sloveniji) </w:t>
      </w:r>
      <w:r w:rsidRPr="0095132D">
        <w:rPr>
          <w:rFonts w:asciiTheme="majorHAnsi" w:hAnsiTheme="majorHAnsi" w:cstheme="majorHAnsi"/>
          <w:lang w:val="sl-SI"/>
        </w:rPr>
        <w:t xml:space="preserve">znašal približno </w:t>
      </w:r>
      <w:r w:rsidR="007808C3">
        <w:rPr>
          <w:rFonts w:asciiTheme="majorHAnsi" w:hAnsiTheme="majorHAnsi" w:cstheme="majorHAnsi"/>
          <w:lang w:val="sl-SI"/>
        </w:rPr>
        <w:t>690</w:t>
      </w:r>
      <w:r w:rsidRPr="0095132D">
        <w:rPr>
          <w:rFonts w:asciiTheme="majorHAnsi" w:hAnsiTheme="majorHAnsi" w:cstheme="majorHAnsi"/>
          <w:lang w:val="sl-SI"/>
        </w:rPr>
        <w:t xml:space="preserve"> € na dijaka</w:t>
      </w:r>
      <w:r w:rsidR="0095132D">
        <w:rPr>
          <w:rFonts w:asciiTheme="majorHAnsi" w:hAnsiTheme="majorHAnsi" w:cstheme="majorHAnsi"/>
          <w:lang w:val="sl-SI"/>
        </w:rPr>
        <w:t>, cena pa se vsako leto spreminja (odvisna je od števila udeležencev, cen letalskih vozovnic</w:t>
      </w:r>
      <w:r w:rsidR="00664215">
        <w:rPr>
          <w:rFonts w:asciiTheme="majorHAnsi" w:hAnsiTheme="majorHAnsi" w:cstheme="majorHAnsi"/>
          <w:lang w:val="sl-SI"/>
        </w:rPr>
        <w:t xml:space="preserve">, </w:t>
      </w:r>
      <w:r w:rsidR="0095132D">
        <w:rPr>
          <w:rFonts w:asciiTheme="majorHAnsi" w:hAnsiTheme="majorHAnsi" w:cstheme="majorHAnsi"/>
          <w:lang w:val="sl-SI"/>
        </w:rPr>
        <w:t>avtobusnih prevozov</w:t>
      </w:r>
      <w:r w:rsidR="00664215">
        <w:rPr>
          <w:rFonts w:asciiTheme="majorHAnsi" w:hAnsiTheme="majorHAnsi" w:cstheme="majorHAnsi"/>
          <w:lang w:val="sl-SI"/>
        </w:rPr>
        <w:t xml:space="preserve"> in višine sredstev društva RoSo, s katerimi krijemo del stroškov</w:t>
      </w:r>
      <w:r w:rsidR="0095132D">
        <w:rPr>
          <w:rFonts w:asciiTheme="majorHAnsi" w:hAnsiTheme="majorHAnsi" w:cstheme="majorHAnsi"/>
          <w:lang w:val="sl-SI"/>
        </w:rPr>
        <w:t>).</w:t>
      </w:r>
    </w:p>
    <w:p w14:paraId="3E51310F" w14:textId="77777777" w:rsidR="00753C94" w:rsidRPr="0095132D" w:rsidRDefault="00CA1E6A" w:rsidP="0095132D">
      <w:pPr>
        <w:pStyle w:val="Naslov1"/>
        <w:jc w:val="both"/>
        <w:rPr>
          <w:rFonts w:cstheme="majorHAnsi"/>
          <w:color w:val="auto"/>
          <w:lang w:val="sl-SI"/>
        </w:rPr>
      </w:pPr>
      <w:r w:rsidRPr="0095132D">
        <w:rPr>
          <w:rFonts w:cstheme="majorHAnsi"/>
          <w:color w:val="auto"/>
          <w:lang w:val="sl-SI"/>
        </w:rPr>
        <w:t>Pričakovanja do udeležencev</w:t>
      </w:r>
    </w:p>
    <w:p w14:paraId="4BD3D68E" w14:textId="13F08633" w:rsidR="00753C94" w:rsidRPr="0095132D" w:rsidRDefault="00CA1E6A" w:rsidP="0095132D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 xml:space="preserve">Od dijakov pričakujemo točnost, spoštovanje navodil profesorjev in gostiteljskih družin ter vzorno zastopanje šole in države. Kajenje, uživanje alkohola in drog ni dovoljeno. V primeru težav morajo </w:t>
      </w:r>
      <w:r w:rsidRPr="0095132D">
        <w:rPr>
          <w:rFonts w:asciiTheme="majorHAnsi" w:hAnsiTheme="majorHAnsi" w:cstheme="majorHAnsi"/>
          <w:lang w:val="sl-SI"/>
        </w:rPr>
        <w:lastRenderedPageBreak/>
        <w:t>dijaki o tem takoj obvestiti spremljevalca</w:t>
      </w:r>
      <w:r w:rsidR="0095132D">
        <w:rPr>
          <w:rFonts w:asciiTheme="majorHAnsi" w:hAnsiTheme="majorHAnsi" w:cstheme="majorHAnsi"/>
          <w:lang w:val="sl-SI"/>
        </w:rPr>
        <w:t>, v primeru kršitev pa mora dijak na lastne stroške prekiniti izmenjavo.</w:t>
      </w:r>
    </w:p>
    <w:p w14:paraId="18DAD1B7" w14:textId="77777777" w:rsidR="00753C94" w:rsidRPr="0095132D" w:rsidRDefault="00CA1E6A" w:rsidP="0095132D">
      <w:pPr>
        <w:pStyle w:val="Naslov1"/>
        <w:jc w:val="both"/>
        <w:rPr>
          <w:rFonts w:cstheme="majorHAnsi"/>
          <w:color w:val="auto"/>
          <w:lang w:val="sl-SI"/>
        </w:rPr>
      </w:pPr>
      <w:r w:rsidRPr="0095132D">
        <w:rPr>
          <w:rFonts w:cstheme="majorHAnsi"/>
          <w:color w:val="auto"/>
          <w:lang w:val="sl-SI"/>
        </w:rPr>
        <w:t>Postopek prijave</w:t>
      </w:r>
    </w:p>
    <w:p w14:paraId="206AAA75" w14:textId="77777777" w:rsidR="00A9153B" w:rsidRDefault="0095132D" w:rsidP="0095132D">
      <w:pPr>
        <w:jc w:val="both"/>
        <w:rPr>
          <w:rFonts w:asciiTheme="majorHAnsi" w:hAnsiTheme="majorHAnsi" w:cstheme="majorHAnsi"/>
          <w:lang w:val="sl-SI"/>
        </w:rPr>
      </w:pPr>
      <w:r>
        <w:rPr>
          <w:rFonts w:asciiTheme="majorHAnsi" w:hAnsiTheme="majorHAnsi" w:cstheme="majorHAnsi"/>
          <w:lang w:val="sl-SI"/>
        </w:rPr>
        <w:t xml:space="preserve">Prijava poteka v dveh delih, tako v slovenščini kot v angleščini. </w:t>
      </w:r>
    </w:p>
    <w:p w14:paraId="4205CFE8" w14:textId="7405DFE1" w:rsidR="00A9153B" w:rsidRDefault="0095132D" w:rsidP="0095132D">
      <w:pPr>
        <w:jc w:val="both"/>
        <w:rPr>
          <w:rFonts w:asciiTheme="majorHAnsi" w:hAnsiTheme="majorHAnsi" w:cstheme="majorHAnsi"/>
          <w:lang w:val="sl-SI"/>
        </w:rPr>
      </w:pPr>
      <w:r>
        <w:rPr>
          <w:rFonts w:asciiTheme="majorHAnsi" w:hAnsiTheme="majorHAnsi" w:cstheme="majorHAnsi"/>
          <w:lang w:val="sl-SI"/>
        </w:rPr>
        <w:t>Prvi del obsega izpolnitev prijavnice z osnovnimi podatki, pridobitev soglasja staršev in podpis pogodbe o neuživanju alkohola in ostalih drog. Naj</w:t>
      </w:r>
      <w:r w:rsidR="00A9153B">
        <w:rPr>
          <w:rFonts w:asciiTheme="majorHAnsi" w:hAnsiTheme="majorHAnsi" w:cstheme="majorHAnsi"/>
          <w:lang w:val="sl-SI"/>
        </w:rPr>
        <w:t>pozneje do</w:t>
      </w:r>
      <w:r>
        <w:rPr>
          <w:rFonts w:asciiTheme="majorHAnsi" w:hAnsiTheme="majorHAnsi" w:cstheme="majorHAnsi"/>
          <w:lang w:val="sl-SI"/>
        </w:rPr>
        <w:t xml:space="preserve"> 2. 10. 2026 </w:t>
      </w:r>
      <w:r w:rsidR="00A9153B">
        <w:rPr>
          <w:rFonts w:asciiTheme="majorHAnsi" w:hAnsiTheme="majorHAnsi" w:cstheme="majorHAnsi"/>
          <w:lang w:val="sl-SI"/>
        </w:rPr>
        <w:t xml:space="preserve">pošljejo zahtevano na </w:t>
      </w:r>
      <w:hyperlink r:id="rId6" w:history="1">
        <w:r w:rsidR="00A9153B" w:rsidRPr="00171340">
          <w:rPr>
            <w:rStyle w:val="Hiperpovezava"/>
            <w:rFonts w:asciiTheme="majorHAnsi" w:hAnsiTheme="majorHAnsi" w:cstheme="majorHAnsi"/>
            <w:lang w:val="sl-SI"/>
          </w:rPr>
          <w:t>vinko.horvat@gimsen.si</w:t>
        </w:r>
      </w:hyperlink>
      <w:r w:rsidR="00A9153B">
        <w:rPr>
          <w:rFonts w:asciiTheme="majorHAnsi" w:hAnsiTheme="majorHAnsi" w:cstheme="majorHAnsi"/>
          <w:lang w:val="sl-SI"/>
        </w:rPr>
        <w:t xml:space="preserve">. </w:t>
      </w:r>
    </w:p>
    <w:p w14:paraId="7FF42105" w14:textId="0CA8E005" w:rsidR="00A9153B" w:rsidRDefault="0095132D" w:rsidP="0095132D">
      <w:pPr>
        <w:jc w:val="both"/>
        <w:rPr>
          <w:rFonts w:asciiTheme="majorHAnsi" w:hAnsiTheme="majorHAnsi" w:cstheme="majorHAnsi"/>
          <w:lang w:val="sl-SI"/>
        </w:rPr>
      </w:pPr>
      <w:r>
        <w:rPr>
          <w:rFonts w:asciiTheme="majorHAnsi" w:hAnsiTheme="majorHAnsi" w:cstheme="majorHAnsi"/>
          <w:lang w:val="sl-SI"/>
        </w:rPr>
        <w:t>Drugi del obsega izpolnjevanje prijavnice z bolj specifičnimi podatki na sestanku v šoli</w:t>
      </w:r>
      <w:r w:rsidR="00EF3C7B">
        <w:rPr>
          <w:rFonts w:asciiTheme="majorHAnsi" w:hAnsiTheme="majorHAnsi" w:cstheme="majorHAnsi"/>
          <w:lang w:val="sl-SI"/>
        </w:rPr>
        <w:t xml:space="preserve"> na določeni termin med 5. in 9. oktobrom 2026</w:t>
      </w:r>
      <w:r w:rsidR="00CA1E6A">
        <w:rPr>
          <w:rFonts w:asciiTheme="majorHAnsi" w:hAnsiTheme="majorHAnsi" w:cstheme="majorHAnsi"/>
          <w:lang w:val="sl-SI"/>
        </w:rPr>
        <w:t xml:space="preserve"> (sporočen naknadno).</w:t>
      </w:r>
    </w:p>
    <w:p w14:paraId="5C39A571" w14:textId="371A1DC0" w:rsidR="0095132D" w:rsidRDefault="0095132D" w:rsidP="0095132D">
      <w:pPr>
        <w:jc w:val="both"/>
        <w:rPr>
          <w:rFonts w:asciiTheme="majorHAnsi" w:hAnsiTheme="majorHAnsi" w:cstheme="majorHAnsi"/>
          <w:lang w:val="sl-SI"/>
        </w:rPr>
      </w:pPr>
      <w:r>
        <w:rPr>
          <w:rFonts w:asciiTheme="majorHAnsi" w:hAnsiTheme="majorHAnsi" w:cstheme="majorHAnsi"/>
          <w:lang w:val="sl-SI"/>
        </w:rPr>
        <w:t xml:space="preserve"> Sledi izbor sodelujočih dijakov.</w:t>
      </w:r>
    </w:p>
    <w:p w14:paraId="6F9EC076" w14:textId="77777777" w:rsidR="00753C94" w:rsidRPr="0095132D" w:rsidRDefault="00CA1E6A" w:rsidP="0095132D">
      <w:pPr>
        <w:pStyle w:val="Naslov1"/>
        <w:jc w:val="both"/>
        <w:rPr>
          <w:rFonts w:cstheme="majorHAnsi"/>
          <w:color w:val="auto"/>
          <w:lang w:val="sl-SI"/>
        </w:rPr>
      </w:pPr>
      <w:r w:rsidRPr="0095132D">
        <w:rPr>
          <w:rFonts w:cstheme="majorHAnsi"/>
          <w:color w:val="auto"/>
          <w:lang w:val="sl-SI"/>
        </w:rPr>
        <w:t>Rok za prijavo</w:t>
      </w:r>
    </w:p>
    <w:p w14:paraId="05F7D24C" w14:textId="2AA181BD" w:rsidR="00A9153B" w:rsidRDefault="00CA1E6A" w:rsidP="00A9153B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>Prijav</w:t>
      </w:r>
      <w:r w:rsidR="00A9153B">
        <w:rPr>
          <w:rFonts w:asciiTheme="majorHAnsi" w:hAnsiTheme="majorHAnsi" w:cstheme="majorHAnsi"/>
          <w:lang w:val="sl-SI"/>
        </w:rPr>
        <w:t xml:space="preserve">e je možno oddati do najpozneje 2. 10. 2026 na </w:t>
      </w:r>
      <w:hyperlink r:id="rId7" w:history="1">
        <w:r w:rsidR="00A9153B" w:rsidRPr="00171340">
          <w:rPr>
            <w:rStyle w:val="Hiperpovezava"/>
            <w:rFonts w:asciiTheme="majorHAnsi" w:hAnsiTheme="majorHAnsi" w:cstheme="majorHAnsi"/>
            <w:lang w:val="sl-SI"/>
          </w:rPr>
          <w:t>vinko.horvat@gimsen.si</w:t>
        </w:r>
      </w:hyperlink>
      <w:r w:rsidR="00A9153B">
        <w:rPr>
          <w:rFonts w:asciiTheme="majorHAnsi" w:hAnsiTheme="majorHAnsi" w:cstheme="majorHAnsi"/>
          <w:lang w:val="sl-SI"/>
        </w:rPr>
        <w:t xml:space="preserve">. </w:t>
      </w:r>
    </w:p>
    <w:p w14:paraId="1A0F9D3D" w14:textId="77777777" w:rsidR="00753C94" w:rsidRPr="0095132D" w:rsidRDefault="00CA1E6A" w:rsidP="0095132D">
      <w:pPr>
        <w:pStyle w:val="Naslov1"/>
        <w:jc w:val="both"/>
        <w:rPr>
          <w:rFonts w:cstheme="majorHAnsi"/>
          <w:color w:val="auto"/>
          <w:lang w:val="sl-SI"/>
        </w:rPr>
      </w:pPr>
      <w:r w:rsidRPr="0095132D">
        <w:rPr>
          <w:rFonts w:cstheme="majorHAnsi"/>
          <w:color w:val="auto"/>
          <w:lang w:val="sl-SI"/>
        </w:rPr>
        <w:t>Pomembno</w:t>
      </w:r>
    </w:p>
    <w:p w14:paraId="398E2563" w14:textId="77777777" w:rsidR="00A9153B" w:rsidRDefault="00CA1E6A" w:rsidP="0095132D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 xml:space="preserve">Obvezno priložite sken ali fotokopijo osebnega dokumenta. Prijavo oddajte v </w:t>
      </w:r>
      <w:r w:rsidR="00A9153B">
        <w:rPr>
          <w:rFonts w:asciiTheme="majorHAnsi" w:hAnsiTheme="majorHAnsi" w:cstheme="majorHAnsi"/>
          <w:lang w:val="sl-SI"/>
        </w:rPr>
        <w:t>w</w:t>
      </w:r>
      <w:r w:rsidRPr="0095132D">
        <w:rPr>
          <w:rFonts w:asciiTheme="majorHAnsi" w:hAnsiTheme="majorHAnsi" w:cstheme="majorHAnsi"/>
          <w:lang w:val="sl-SI"/>
        </w:rPr>
        <w:t>ordovi obliki. Strani, ki zahtevajo podpis, podpisane vstavite v dokument kot sliko.</w:t>
      </w:r>
      <w:r w:rsidRPr="0095132D">
        <w:rPr>
          <w:rFonts w:asciiTheme="majorHAnsi" w:hAnsiTheme="majorHAnsi" w:cstheme="majorHAnsi"/>
          <w:lang w:val="sl-SI"/>
        </w:rPr>
        <w:br/>
      </w:r>
      <w:r w:rsidRPr="0095132D">
        <w:rPr>
          <w:rFonts w:asciiTheme="majorHAnsi" w:hAnsiTheme="majorHAnsi" w:cstheme="majorHAnsi"/>
          <w:lang w:val="sl-SI"/>
        </w:rPr>
        <w:br/>
        <w:t>Lep pozdrav,</w:t>
      </w:r>
    </w:p>
    <w:p w14:paraId="640FE4E8" w14:textId="4B76E3A6" w:rsidR="00753C94" w:rsidRPr="0095132D" w:rsidRDefault="00CA1E6A" w:rsidP="0095132D">
      <w:pPr>
        <w:jc w:val="both"/>
        <w:rPr>
          <w:rFonts w:asciiTheme="majorHAnsi" w:hAnsiTheme="majorHAnsi" w:cstheme="majorHAnsi"/>
          <w:lang w:val="sl-SI"/>
        </w:rPr>
      </w:pPr>
      <w:r w:rsidRPr="0095132D">
        <w:rPr>
          <w:rFonts w:asciiTheme="majorHAnsi" w:hAnsiTheme="majorHAnsi" w:cstheme="majorHAnsi"/>
          <w:lang w:val="sl-SI"/>
        </w:rPr>
        <w:t>Vinko Horvat</w:t>
      </w:r>
    </w:p>
    <w:sectPr w:rsidR="00753C94" w:rsidRPr="0095132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80E"/>
    <w:rsid w:val="0015074B"/>
    <w:rsid w:val="0029639D"/>
    <w:rsid w:val="002A64F8"/>
    <w:rsid w:val="002F44F0"/>
    <w:rsid w:val="00326F90"/>
    <w:rsid w:val="00382A0E"/>
    <w:rsid w:val="00664215"/>
    <w:rsid w:val="00753C94"/>
    <w:rsid w:val="007808C3"/>
    <w:rsid w:val="0095132D"/>
    <w:rsid w:val="00A9153B"/>
    <w:rsid w:val="00AA1D8D"/>
    <w:rsid w:val="00B47730"/>
    <w:rsid w:val="00BF734C"/>
    <w:rsid w:val="00CA1E6A"/>
    <w:rsid w:val="00CB0664"/>
    <w:rsid w:val="00E15F60"/>
    <w:rsid w:val="00EC0576"/>
    <w:rsid w:val="00EF3C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52D258"/>
  <w14:defaultImageDpi w14:val="300"/>
  <w15:docId w15:val="{3F1ABB2C-17E3-4AD1-85F8-C278D070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povezava">
    <w:name w:val="Hyperlink"/>
    <w:basedOn w:val="Privzetapisavaodstavka"/>
    <w:uiPriority w:val="99"/>
    <w:unhideWhenUsed/>
    <w:rsid w:val="00A9153B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91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inko.horvat@gimsen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nko.horvat@gimsen.s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Cimerman</dc:creator>
  <cp:keywords/>
  <dc:description>generated by python-docx</dc:description>
  <cp:lastModifiedBy>polona.cimerman@gimsen.si</cp:lastModifiedBy>
  <cp:revision>12</cp:revision>
  <cp:lastPrinted>2026-09-15T10:49:00Z</cp:lastPrinted>
  <dcterms:created xsi:type="dcterms:W3CDTF">2026-09-15T10:49:00Z</dcterms:created>
  <dcterms:modified xsi:type="dcterms:W3CDTF">2026-09-16T11:01:00Z</dcterms:modified>
  <cp:category/>
</cp:coreProperties>
</file>